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2000" w:h="1696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620000" cy="107696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000" w:h="16960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